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  <w:gridCol w:w="2160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rPr>
                <w:rFonts w:ascii="Arial" w:hAnsi="Arial"/>
                <w:b/>
                <w:color w:val="0B1B3A"/>
                <w:sz w:val="36"/>
              </w:rPr>
              <w:t>Rubric Template</w:t>
            </w:r>
          </w:p>
          <w:p>
            <w:r>
              <w:rPr>
                <w:rFonts w:ascii="Arial" w:hAnsi="Arial"/>
                <w:color w:val="4B5563"/>
                <w:sz w:val="17"/>
              </w:rPr>
              <w:t>LockwoodSTEM 4-point rubric template for engineering projects, presentations, and documentation.</w:t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51560" cy="3138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ckwoodstem-concept-a1-black-transparen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138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6A23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Project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Course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Student / Team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Criterion</w:t>
            </w:r>
          </w:p>
        </w:tc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4 - Exceeds</w:t>
            </w:r>
          </w:p>
        </w:tc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3 - Meets</w:t>
            </w:r>
          </w:p>
        </w:tc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2 - Developing</w:t>
            </w:r>
          </w:p>
        </w:tc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1 - Beginning</w:t>
            </w:r>
          </w:p>
        </w:tc>
        <w:tc>
          <w:tcPr>
            <w:tcW w:type="dxa" w:w="177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5"/>
              </w:rPr>
              <w:t>Score / Evidence</w:t>
            </w:r>
          </w:p>
        </w:tc>
      </w:tr>
      <w:tr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  <w:t>Requirements &amp; Constraints</w:t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  <w:t>Engineering Analysis</w:t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  <w:t>Prototype / Build Quality</w:t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  <w:t>Testing &amp; Data</w:t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  <w:t>Documentation / Presentation</w:t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  <w:tc>
          <w:tcPr>
            <w:tcW w:type="dxa" w:w="1776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  <w:vAlign w:val="top"/>
          </w:tcPr>
          <w:p>
            <w:r>
              <w:rPr>
                <w:sz w:val="14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Overall Feedback / Required Revision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sz w:val="16"/>
        <w:color w:val="475569"/>
      </w:rPr>
      <w:t>LOCKWOODSTEM | Student Engineering Hub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1B3A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