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96"/>
        <w:gridCol w:w="2160"/>
      </w:tblGrid>
      <w:tr>
        <w:tc>
          <w:tcPr>
            <w:tcW w:type="dxa" w:w="5328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  <w:insideH w:val="single" w:sz="0" w:space="0" w:color="FFFFFF"/>
              <w:insideV w:val="single" w:sz="0" w:space="0" w:color="FFFFFF"/>
            </w:tcBorders>
          </w:tcPr>
          <w:p>
            <w:r>
              <w:rPr>
                <w:rFonts w:ascii="Arial" w:hAnsi="Arial"/>
                <w:b/>
                <w:color w:val="0B1B3A"/>
                <w:sz w:val="36"/>
              </w:rPr>
              <w:t>Project Reflection Template</w:t>
            </w:r>
          </w:p>
          <w:p>
            <w:r>
              <w:rPr>
                <w:rFonts w:ascii="Arial" w:hAnsi="Arial"/>
                <w:color w:val="4B5563"/>
                <w:sz w:val="17"/>
              </w:rPr>
              <w:t>LockwoodSTEM template for reflecting on evidence, iteration, teamwork, and next steps.</w:t>
            </w:r>
          </w:p>
        </w:tc>
        <w:tc>
          <w:tcPr>
            <w:tcW w:type="dxa" w:w="5328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  <w:insideH w:val="single" w:sz="0" w:space="0" w:color="FFFFFF"/>
              <w:insideV w:val="single" w:sz="0" w:space="0" w:color="FFFFFF"/>
            </w:tcBorders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051560" cy="31389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ckwoodstem-concept-a1-black-transparent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31389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D6A23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  <w:insideH w:val="single" w:sz="0" w:space="0" w:color="FFFFFF"/>
              <w:insideV w:val="single" w:sz="0" w:space="0" w:color="FFFFFF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0B1B3A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>
              <w:rPr>
                <w:b/>
                <w:color w:val="FFFFFF"/>
                <w:sz w:val="16"/>
              </w:rPr>
              <w:t>Name</w:t>
            </w:r>
          </w:p>
        </w:tc>
        <w:tc>
          <w:tcPr>
            <w:tcW w:type="dxa" w:w="2664"/>
            <w:shd w:fill="0B1B3A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>
              <w:rPr>
                <w:b/>
                <w:color w:val="FFFFFF"/>
                <w:sz w:val="16"/>
              </w:rPr>
              <w:t>Course</w:t>
            </w:r>
          </w:p>
        </w:tc>
        <w:tc>
          <w:tcPr>
            <w:tcW w:type="dxa" w:w="2664"/>
            <w:shd w:fill="0B1B3A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>
              <w:rPr>
                <w:b/>
                <w:color w:val="FFFFFF"/>
                <w:sz w:val="16"/>
              </w:rPr>
              <w:t>Project</w:t>
            </w:r>
          </w:p>
        </w:tc>
        <w:tc>
          <w:tcPr>
            <w:tcW w:type="dxa" w:w="2664"/>
            <w:shd w:fill="0B1B3A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>
              <w:rPr>
                <w:b/>
                <w:color w:val="FFFFFF"/>
                <w:sz w:val="16"/>
              </w:rPr>
              <w:t>Date</w:t>
            </w:r>
          </w:p>
        </w:tc>
      </w:tr>
      <w:tr>
        <w:tc>
          <w:tcPr>
            <w:tcW w:type="dxa" w:w="2664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</w:tc>
        <w:tc>
          <w:tcPr>
            <w:tcW w:type="dxa" w:w="2664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</w:tc>
        <w:tc>
          <w:tcPr>
            <w:tcW w:type="dxa" w:w="2664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</w:tc>
        <w:tc>
          <w:tcPr>
            <w:tcW w:type="dxa" w:w="2664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8"/>
              </w:rPr>
              <w:t>What problem did your design attempt to solve?</w:t>
            </w:r>
          </w:p>
        </w:tc>
      </w:tr>
      <w:tr>
        <w:tc>
          <w:tcPr>
            <w:tcW w:type="dxa" w:w="10656"/>
            <w:shd w:fill="F8FAFC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  <w:p/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8"/>
              </w:rPr>
              <w:t>What evidence shows your design worked or did not work?</w:t>
            </w:r>
          </w:p>
        </w:tc>
      </w:tr>
      <w:tr>
        <w:tc>
          <w:tcPr>
            <w:tcW w:type="dxa" w:w="10656"/>
            <w:shd w:fill="F8FAFC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  <w:p/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8"/>
              </w:rPr>
              <w:t>What was the most important design decision your team made?</w:t>
            </w:r>
          </w:p>
        </w:tc>
      </w:tr>
      <w:tr>
        <w:tc>
          <w:tcPr>
            <w:tcW w:type="dxa" w:w="10656"/>
            <w:shd w:fill="F8FAFC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  <w:p/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8"/>
              </w:rPr>
              <w:t>What would you improve if you had another iteration?</w:t>
            </w:r>
          </w:p>
        </w:tc>
      </w:tr>
      <w:tr>
        <w:tc>
          <w:tcPr>
            <w:tcW w:type="dxa" w:w="10656"/>
            <w:shd w:fill="F8FAFC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  <w:p/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8"/>
              </w:rPr>
              <w:t>How did your documentation, testing, or teamwork affect the final result?</w:t>
            </w:r>
          </w:p>
        </w:tc>
      </w:tr>
      <w:tr>
        <w:tc>
          <w:tcPr>
            <w:tcW w:type="dxa" w:w="10656"/>
            <w:shd w:fill="F8FAFC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  <w:p/>
          <w:p/>
        </w:tc>
      </w:tr>
    </w:tbl>
    <w:sectPr w:rsidR="00FC693F" w:rsidRPr="0006063C" w:rsidSect="00034616">
      <w:footerReference w:type="default" r:id="rId9"/>
      <w:headerReference w:type="default" r:id="rId10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 w:eastAsia="Aptos"/>
        <w:sz w:val="16"/>
        <w:color w:val="475569"/>
      </w:rPr>
      <w:t>LOCKWOODSTEM | Student Engineering Hub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1B3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B1B3A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1B3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